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7920"/>
      </w:tblGrid>
      <w:tr w:rsidR="001B6816">
        <w:tc>
          <w:tcPr>
            <w:tcW w:w="79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B6816" w:rsidRDefault="00000000">
            <w:pPr>
              <w:jc w:val="center"/>
            </w:pPr>
            <w:r>
              <w:rPr>
                <w:b/>
                <w:sz w:val="24"/>
              </w:rPr>
              <w:t>Prospective Tenant – Student</w:t>
            </w:r>
          </w:p>
          <w:p w:rsidR="001B6816" w:rsidRDefault="00000000">
            <w:r>
              <w:br/>
              <w:t>Scenario:</w:t>
            </w:r>
            <w:r>
              <w:br/>
              <w:t>You're looking for a quiet room near your university. Ask about rent, bills, and house rules.</w:t>
            </w:r>
          </w:p>
          <w:p w:rsidR="001B6816" w:rsidRDefault="00000000">
            <w:r>
              <w:br/>
              <w:t>Vocabulary:</w:t>
            </w:r>
            <w:r>
              <w:br/>
              <w:t>deposit, utilities, lease, furnished, landlord</w:t>
            </w:r>
          </w:p>
        </w:tc>
      </w:tr>
    </w:tbl>
    <w:p w:rsidR="001B6816" w:rsidRPr="0005169B" w:rsidRDefault="001B6816">
      <w:pPr>
        <w:rPr>
          <w:sz w:val="6"/>
          <w:szCs w:val="6"/>
        </w:rPr>
      </w:pPr>
    </w:p>
    <w:p w:rsidR="0005169B" w:rsidRDefault="0005169B"/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7920"/>
      </w:tblGrid>
      <w:tr w:rsidR="001B6816">
        <w:tc>
          <w:tcPr>
            <w:tcW w:w="79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B6816" w:rsidRDefault="00000000">
            <w:pPr>
              <w:jc w:val="center"/>
            </w:pPr>
            <w:r>
              <w:rPr>
                <w:b/>
                <w:sz w:val="24"/>
              </w:rPr>
              <w:t>Landlord – Room in Shared Flat</w:t>
            </w:r>
          </w:p>
          <w:p w:rsidR="001B6816" w:rsidRDefault="00000000">
            <w:r>
              <w:br/>
              <w:t>Scenario:</w:t>
            </w:r>
            <w:r>
              <w:br/>
              <w:t>You’re renting out a room in a shared flat. Explain the rent, house rules, and what’s included.</w:t>
            </w:r>
          </w:p>
          <w:p w:rsidR="001B6816" w:rsidRDefault="00000000">
            <w:r>
              <w:br/>
              <w:t>Vocabulary:</w:t>
            </w:r>
            <w:r>
              <w:br/>
              <w:t>monthly rent, shared spaces, contract, maintenance, references</w:t>
            </w:r>
          </w:p>
        </w:tc>
      </w:tr>
    </w:tbl>
    <w:p w:rsidR="001B6816" w:rsidRPr="0005169B" w:rsidRDefault="001B6816">
      <w:pPr>
        <w:rPr>
          <w:sz w:val="6"/>
          <w:szCs w:val="6"/>
        </w:rPr>
      </w:pPr>
    </w:p>
    <w:p w:rsidR="0005169B" w:rsidRDefault="0005169B"/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7920"/>
      </w:tblGrid>
      <w:tr w:rsidR="001B6816">
        <w:tc>
          <w:tcPr>
            <w:tcW w:w="79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B6816" w:rsidRDefault="00000000">
            <w:pPr>
              <w:jc w:val="center"/>
            </w:pPr>
            <w:r>
              <w:rPr>
                <w:b/>
                <w:sz w:val="24"/>
              </w:rPr>
              <w:t>Tenant – Complaining About Noise</w:t>
            </w:r>
          </w:p>
          <w:p w:rsidR="001B6816" w:rsidRDefault="00000000">
            <w:r>
              <w:br/>
              <w:t>Scenario:</w:t>
            </w:r>
            <w:r>
              <w:br/>
              <w:t>You’ve been disturbed by loud neighbors. Talk to the landlord about possible solutions.</w:t>
            </w:r>
          </w:p>
          <w:p w:rsidR="001B6816" w:rsidRDefault="00000000">
            <w:r>
              <w:br/>
              <w:t>Vocabulary:</w:t>
            </w:r>
            <w:r>
              <w:br/>
              <w:t>noise complaint, lease agreement, quiet hours, tenant rights</w:t>
            </w:r>
          </w:p>
        </w:tc>
      </w:tr>
    </w:tbl>
    <w:p w:rsidR="001B6816" w:rsidRPr="0005169B" w:rsidRDefault="001B6816">
      <w:pPr>
        <w:rPr>
          <w:sz w:val="6"/>
          <w:szCs w:val="6"/>
        </w:rPr>
      </w:pPr>
    </w:p>
    <w:p w:rsidR="0005169B" w:rsidRDefault="0005169B"/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7920"/>
      </w:tblGrid>
      <w:tr w:rsidR="001B6816">
        <w:tc>
          <w:tcPr>
            <w:tcW w:w="79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B6816" w:rsidRDefault="00000000">
            <w:pPr>
              <w:jc w:val="center"/>
            </w:pPr>
            <w:r>
              <w:rPr>
                <w:b/>
                <w:sz w:val="24"/>
              </w:rPr>
              <w:t>Landlord – Explaining Rent Increase</w:t>
            </w:r>
          </w:p>
          <w:p w:rsidR="001B6816" w:rsidRDefault="00000000">
            <w:r>
              <w:br/>
              <w:t>Scenario:</w:t>
            </w:r>
            <w:r>
              <w:br/>
              <w:t>You need to raise the rent due to increased costs. Explain the reasons and negotiate.</w:t>
            </w:r>
          </w:p>
          <w:p w:rsidR="001B6816" w:rsidRDefault="00000000">
            <w:r>
              <w:br/>
              <w:t>Vocabulary:</w:t>
            </w:r>
            <w:r>
              <w:br/>
              <w:t>inflation, property tax, maintenance fees, renewal terms</w:t>
            </w:r>
          </w:p>
        </w:tc>
      </w:tr>
    </w:tbl>
    <w:p w:rsidR="001B6816" w:rsidRDefault="001B6816"/>
    <w:p w:rsidR="0005169B" w:rsidRDefault="0005169B">
      <w:pPr>
        <w:rPr>
          <w:sz w:val="8"/>
          <w:szCs w:val="8"/>
        </w:rPr>
      </w:pPr>
    </w:p>
    <w:p w:rsidR="0005169B" w:rsidRPr="0005169B" w:rsidRDefault="0005169B">
      <w:pPr>
        <w:rPr>
          <w:sz w:val="8"/>
          <w:szCs w:val="8"/>
        </w:rPr>
      </w:pPr>
    </w:p>
    <w:p w:rsidR="001B6816" w:rsidRPr="0005169B" w:rsidRDefault="001B6816">
      <w:pPr>
        <w:rPr>
          <w:sz w:val="6"/>
          <w:szCs w:val="6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7920"/>
      </w:tblGrid>
      <w:tr w:rsidR="001B6816">
        <w:tc>
          <w:tcPr>
            <w:tcW w:w="79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B6816" w:rsidRDefault="00000000">
            <w:pPr>
              <w:jc w:val="center"/>
            </w:pPr>
            <w:r>
              <w:rPr>
                <w:b/>
                <w:sz w:val="24"/>
              </w:rPr>
              <w:t>Tenant – Requesting Repairs</w:t>
            </w:r>
          </w:p>
          <w:p w:rsidR="001B6816" w:rsidRDefault="00000000">
            <w:r>
              <w:br/>
              <w:t>Scenario:</w:t>
            </w:r>
            <w:r>
              <w:br/>
              <w:t>Your heating system is broken. Call the landlord and request urgent repairs.</w:t>
            </w:r>
          </w:p>
          <w:p w:rsidR="001B6816" w:rsidRDefault="00000000">
            <w:r>
              <w:br/>
              <w:t>Vocabulary:</w:t>
            </w:r>
            <w:r>
              <w:br/>
              <w:t>boiler, central heating, emergency repair, landlord obligations</w:t>
            </w:r>
          </w:p>
        </w:tc>
      </w:tr>
    </w:tbl>
    <w:p w:rsidR="001B6816" w:rsidRDefault="001B6816"/>
    <w:p w:rsidR="0005169B" w:rsidRPr="0005169B" w:rsidRDefault="0005169B">
      <w:pPr>
        <w:rPr>
          <w:sz w:val="6"/>
          <w:szCs w:val="6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7920"/>
      </w:tblGrid>
      <w:tr w:rsidR="001B6816">
        <w:tc>
          <w:tcPr>
            <w:tcW w:w="79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B6816" w:rsidRDefault="00000000">
            <w:pPr>
              <w:jc w:val="center"/>
            </w:pPr>
            <w:r>
              <w:rPr>
                <w:b/>
                <w:sz w:val="24"/>
              </w:rPr>
              <w:t>Landlord – Showing a Flat</w:t>
            </w:r>
          </w:p>
          <w:p w:rsidR="001B6816" w:rsidRDefault="00000000">
            <w:r>
              <w:br/>
              <w:t>Scenario:</w:t>
            </w:r>
            <w:r>
              <w:br/>
              <w:t>You’re showing a flat to a potential tenant. Highlight its features and answer questions.</w:t>
            </w:r>
          </w:p>
          <w:p w:rsidR="001B6816" w:rsidRDefault="00000000">
            <w:r>
              <w:br/>
              <w:t>Vocabulary:</w:t>
            </w:r>
            <w:r>
              <w:br/>
              <w:t>spacious, recently renovated, amenities, public transport</w:t>
            </w:r>
          </w:p>
        </w:tc>
      </w:tr>
    </w:tbl>
    <w:p w:rsidR="001B6816" w:rsidRDefault="001B6816"/>
    <w:p w:rsidR="0005169B" w:rsidRPr="0005169B" w:rsidRDefault="0005169B">
      <w:pPr>
        <w:rPr>
          <w:sz w:val="6"/>
          <w:szCs w:val="6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7920"/>
      </w:tblGrid>
      <w:tr w:rsidR="001B6816">
        <w:tc>
          <w:tcPr>
            <w:tcW w:w="79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B6816" w:rsidRDefault="00000000">
            <w:pPr>
              <w:jc w:val="center"/>
            </w:pPr>
            <w:r>
              <w:rPr>
                <w:b/>
                <w:sz w:val="24"/>
              </w:rPr>
              <w:t>Tenant – Moving Out Early</w:t>
            </w:r>
          </w:p>
          <w:p w:rsidR="001B6816" w:rsidRDefault="00000000">
            <w:r>
              <w:br/>
              <w:t>Scenario:</w:t>
            </w:r>
            <w:r>
              <w:br/>
              <w:t>You need to leave before your lease ends. Discuss options with the landlord.</w:t>
            </w:r>
          </w:p>
          <w:p w:rsidR="001B6816" w:rsidRDefault="00000000">
            <w:r>
              <w:br/>
              <w:t>Vocabulary:</w:t>
            </w:r>
            <w:r>
              <w:br/>
              <w:t>early termination, notice period, subletting, penalty</w:t>
            </w:r>
          </w:p>
        </w:tc>
      </w:tr>
    </w:tbl>
    <w:p w:rsidR="0005169B" w:rsidRDefault="0005169B"/>
    <w:p w:rsidR="0005169B" w:rsidRPr="0005169B" w:rsidRDefault="0005169B">
      <w:pPr>
        <w:rPr>
          <w:sz w:val="6"/>
          <w:szCs w:val="6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7920"/>
      </w:tblGrid>
      <w:tr w:rsidR="001B6816">
        <w:tc>
          <w:tcPr>
            <w:tcW w:w="79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B6816" w:rsidRDefault="00000000">
            <w:pPr>
              <w:jc w:val="center"/>
            </w:pPr>
            <w:r>
              <w:rPr>
                <w:b/>
                <w:sz w:val="24"/>
              </w:rPr>
              <w:t>Prospective Tenant – Budget-Conscious</w:t>
            </w:r>
          </w:p>
          <w:p w:rsidR="001B6816" w:rsidRDefault="00000000">
            <w:r>
              <w:br/>
              <w:t>Scenario:</w:t>
            </w:r>
            <w:r>
              <w:br/>
              <w:t>You’re looking for a cheap place. Negotiate rent and ask about hidden costs.</w:t>
            </w:r>
          </w:p>
          <w:p w:rsidR="001B6816" w:rsidRDefault="00000000">
            <w:r>
              <w:br/>
              <w:t>Vocabulary:</w:t>
            </w:r>
            <w:r>
              <w:br/>
              <w:t>affordable, inclusive rent, bills, deposit, shared accommodation</w:t>
            </w:r>
          </w:p>
        </w:tc>
      </w:tr>
    </w:tbl>
    <w:p w:rsidR="001B6816" w:rsidRDefault="001B6816"/>
    <w:p w:rsidR="0005169B" w:rsidRDefault="0005169B">
      <w:pPr>
        <w:rPr>
          <w:sz w:val="6"/>
          <w:szCs w:val="6"/>
        </w:rPr>
      </w:pPr>
    </w:p>
    <w:p w:rsidR="0005169B" w:rsidRDefault="0005169B">
      <w:pPr>
        <w:rPr>
          <w:sz w:val="6"/>
          <w:szCs w:val="6"/>
        </w:rPr>
      </w:pPr>
    </w:p>
    <w:p w:rsidR="0005169B" w:rsidRPr="0005169B" w:rsidRDefault="0005169B">
      <w:pPr>
        <w:rPr>
          <w:sz w:val="6"/>
          <w:szCs w:val="6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7920"/>
      </w:tblGrid>
      <w:tr w:rsidR="001B6816">
        <w:tc>
          <w:tcPr>
            <w:tcW w:w="79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B6816" w:rsidRDefault="00000000">
            <w:pPr>
              <w:jc w:val="center"/>
            </w:pPr>
            <w:r>
              <w:rPr>
                <w:b/>
                <w:sz w:val="24"/>
              </w:rPr>
              <w:t>Landlord – Advertising a Room</w:t>
            </w:r>
          </w:p>
          <w:p w:rsidR="001B6816" w:rsidRDefault="00000000">
            <w:r>
              <w:br/>
              <w:t>Scenario:</w:t>
            </w:r>
            <w:r>
              <w:br/>
              <w:t>You’re posting an ad online. Describe the room and ideal tenant.</w:t>
            </w:r>
          </w:p>
          <w:p w:rsidR="001B6816" w:rsidRDefault="00000000">
            <w:r>
              <w:br/>
              <w:t>Vocabulary:</w:t>
            </w:r>
            <w:r>
              <w:br/>
              <w:t>quiet, tidy, responsible, non-smoker, long-term</w:t>
            </w:r>
          </w:p>
        </w:tc>
      </w:tr>
    </w:tbl>
    <w:p w:rsidR="001B6816" w:rsidRDefault="001B6816"/>
    <w:p w:rsidR="0005169B" w:rsidRPr="0005169B" w:rsidRDefault="0005169B">
      <w:pPr>
        <w:rPr>
          <w:sz w:val="6"/>
          <w:szCs w:val="6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7920"/>
      </w:tblGrid>
      <w:tr w:rsidR="001B6816">
        <w:tc>
          <w:tcPr>
            <w:tcW w:w="79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B6816" w:rsidRDefault="00000000">
            <w:pPr>
              <w:jc w:val="center"/>
            </w:pPr>
            <w:r>
              <w:rPr>
                <w:b/>
                <w:sz w:val="24"/>
              </w:rPr>
              <w:t>Tenant – Disputing Deposit Deduction</w:t>
            </w:r>
          </w:p>
          <w:p w:rsidR="001B6816" w:rsidRDefault="00000000">
            <w:r>
              <w:br/>
              <w:t>Scenario:</w:t>
            </w:r>
            <w:r>
              <w:br/>
              <w:t>Your landlord deducted money from your deposit unfairly. Argue your case.</w:t>
            </w:r>
          </w:p>
          <w:p w:rsidR="001B6816" w:rsidRDefault="00000000">
            <w:r>
              <w:br/>
              <w:t>Vocabulary:</w:t>
            </w:r>
            <w:r>
              <w:br/>
              <w:t>wear and tear, inventory, cleaning fee, dispute, tenancy agreement</w:t>
            </w:r>
          </w:p>
        </w:tc>
      </w:tr>
    </w:tbl>
    <w:p w:rsidR="001B6816" w:rsidRDefault="001B6816"/>
    <w:p w:rsidR="0005169B" w:rsidRPr="0005169B" w:rsidRDefault="0005169B">
      <w:pPr>
        <w:rPr>
          <w:sz w:val="6"/>
          <w:szCs w:val="6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7920"/>
      </w:tblGrid>
      <w:tr w:rsidR="001B6816">
        <w:tc>
          <w:tcPr>
            <w:tcW w:w="79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B6816" w:rsidRDefault="00000000">
            <w:pPr>
              <w:jc w:val="center"/>
            </w:pPr>
            <w:r>
              <w:rPr>
                <w:b/>
                <w:sz w:val="24"/>
              </w:rPr>
              <w:t>Prospective Tenant – International Student</w:t>
            </w:r>
          </w:p>
          <w:p w:rsidR="001B6816" w:rsidRDefault="00000000">
            <w:r>
              <w:br/>
              <w:t>Scenario:</w:t>
            </w:r>
            <w:r>
              <w:br/>
              <w:t>You’re new to the country and unsure how renting works. Ask questions.</w:t>
            </w:r>
          </w:p>
          <w:p w:rsidR="001B6816" w:rsidRDefault="00000000">
            <w:r>
              <w:br/>
              <w:t>Vocabulary:</w:t>
            </w:r>
            <w:r>
              <w:br/>
              <w:t>tenancy, guarantor, council tax, references, furnished/unfurnished</w:t>
            </w:r>
          </w:p>
        </w:tc>
      </w:tr>
    </w:tbl>
    <w:p w:rsidR="001B6816" w:rsidRDefault="001B6816"/>
    <w:p w:rsidR="0005169B" w:rsidRDefault="0005169B"/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7920"/>
      </w:tblGrid>
      <w:tr w:rsidR="001B6816">
        <w:tc>
          <w:tcPr>
            <w:tcW w:w="79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B6816" w:rsidRDefault="00000000">
            <w:pPr>
              <w:jc w:val="center"/>
            </w:pPr>
            <w:r>
              <w:rPr>
                <w:b/>
                <w:sz w:val="24"/>
              </w:rPr>
              <w:t>Landlord – Interviewing Tenants</w:t>
            </w:r>
          </w:p>
          <w:p w:rsidR="001B6816" w:rsidRDefault="00000000">
            <w:r>
              <w:br/>
              <w:t>Scenario:</w:t>
            </w:r>
            <w:r>
              <w:br/>
              <w:t>You’re choosing between applicants. Ask questions about lifestyle and reliability.</w:t>
            </w:r>
          </w:p>
          <w:p w:rsidR="001B6816" w:rsidRDefault="00000000">
            <w:r>
              <w:br/>
              <w:t>Vocabulary:</w:t>
            </w:r>
            <w:r>
              <w:br/>
              <w:t>employment status, habits, punctuality, previous landlord</w:t>
            </w:r>
          </w:p>
        </w:tc>
      </w:tr>
    </w:tbl>
    <w:p w:rsidR="001B6816" w:rsidRDefault="001B6816">
      <w:pPr>
        <w:rPr>
          <w:sz w:val="6"/>
          <w:szCs w:val="6"/>
        </w:rPr>
      </w:pPr>
    </w:p>
    <w:p w:rsidR="0005169B" w:rsidRDefault="0005169B">
      <w:pPr>
        <w:rPr>
          <w:sz w:val="6"/>
          <w:szCs w:val="6"/>
        </w:rPr>
      </w:pPr>
      <w:r>
        <w:rPr>
          <w:sz w:val="6"/>
          <w:szCs w:val="6"/>
        </w:rPr>
        <w:t>\\</w:t>
      </w:r>
    </w:p>
    <w:p w:rsidR="0005169B" w:rsidRDefault="0005169B">
      <w:pPr>
        <w:rPr>
          <w:sz w:val="6"/>
          <w:szCs w:val="6"/>
        </w:rPr>
      </w:pPr>
    </w:p>
    <w:p w:rsidR="0005169B" w:rsidRDefault="0005169B">
      <w:pPr>
        <w:rPr>
          <w:sz w:val="6"/>
          <w:szCs w:val="6"/>
        </w:rPr>
      </w:pPr>
    </w:p>
    <w:p w:rsidR="0005169B" w:rsidRPr="0005169B" w:rsidRDefault="0005169B">
      <w:pPr>
        <w:rPr>
          <w:sz w:val="6"/>
          <w:szCs w:val="6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7920"/>
      </w:tblGrid>
      <w:tr w:rsidR="001B6816">
        <w:tc>
          <w:tcPr>
            <w:tcW w:w="79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B6816" w:rsidRDefault="00000000">
            <w:pPr>
              <w:jc w:val="center"/>
            </w:pPr>
            <w:r>
              <w:rPr>
                <w:b/>
                <w:sz w:val="24"/>
              </w:rPr>
              <w:t>Tenant – Asking for Extension</w:t>
            </w:r>
          </w:p>
          <w:p w:rsidR="001B6816" w:rsidRDefault="00000000">
            <w:r>
              <w:br/>
              <w:t>Scenario:</w:t>
            </w:r>
            <w:r>
              <w:br/>
              <w:t>Your lease is ending but you want to stay longer. Negotiate terms.</w:t>
            </w:r>
          </w:p>
          <w:p w:rsidR="001B6816" w:rsidRDefault="00000000">
            <w:r>
              <w:br/>
              <w:t>Vocabulary:</w:t>
            </w:r>
            <w:r>
              <w:br/>
              <w:t>lease renewal, monthly rent, conditions, availability</w:t>
            </w:r>
          </w:p>
        </w:tc>
      </w:tr>
    </w:tbl>
    <w:p w:rsidR="001B6816" w:rsidRDefault="001B6816"/>
    <w:p w:rsidR="0005169B" w:rsidRDefault="0005169B"/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7920"/>
      </w:tblGrid>
      <w:tr w:rsidR="001B6816">
        <w:tc>
          <w:tcPr>
            <w:tcW w:w="79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B6816" w:rsidRDefault="00000000">
            <w:pPr>
              <w:jc w:val="center"/>
            </w:pPr>
            <w:r>
              <w:rPr>
                <w:b/>
                <w:sz w:val="24"/>
              </w:rPr>
              <w:t>Flatmate – Conflict Over Cleaning</w:t>
            </w:r>
          </w:p>
          <w:p w:rsidR="001B6816" w:rsidRDefault="00000000">
            <w:r>
              <w:br/>
              <w:t>Scenario:</w:t>
            </w:r>
            <w:r>
              <w:br/>
              <w:t>You share a flat and are unhappy with cleaning duties. Discuss a fair solution.</w:t>
            </w:r>
          </w:p>
          <w:p w:rsidR="001B6816" w:rsidRDefault="00000000">
            <w:r>
              <w:br/>
              <w:t>Vocabulary:</w:t>
            </w:r>
            <w:r>
              <w:br/>
              <w:t>chores, cleaning rota, shared responsibility, compromise</w:t>
            </w:r>
          </w:p>
        </w:tc>
      </w:tr>
    </w:tbl>
    <w:p w:rsidR="001B6816" w:rsidRDefault="001B6816"/>
    <w:sectPr w:rsidR="001B6816" w:rsidSect="0005169B">
      <w:pgSz w:w="12240" w:h="15840"/>
      <w:pgMar w:top="567" w:right="1800" w:bottom="284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115902466">
    <w:abstractNumId w:val="8"/>
  </w:num>
  <w:num w:numId="2" w16cid:durableId="337083535">
    <w:abstractNumId w:val="6"/>
  </w:num>
  <w:num w:numId="3" w16cid:durableId="414087808">
    <w:abstractNumId w:val="5"/>
  </w:num>
  <w:num w:numId="4" w16cid:durableId="604508221">
    <w:abstractNumId w:val="4"/>
  </w:num>
  <w:num w:numId="5" w16cid:durableId="166025162">
    <w:abstractNumId w:val="7"/>
  </w:num>
  <w:num w:numId="6" w16cid:durableId="1412774100">
    <w:abstractNumId w:val="3"/>
  </w:num>
  <w:num w:numId="7" w16cid:durableId="829054724">
    <w:abstractNumId w:val="2"/>
  </w:num>
  <w:num w:numId="8" w16cid:durableId="1427995980">
    <w:abstractNumId w:val="1"/>
  </w:num>
  <w:num w:numId="9" w16cid:durableId="7156645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5169B"/>
    <w:rsid w:val="0006063C"/>
    <w:rsid w:val="0015074B"/>
    <w:rsid w:val="001B6816"/>
    <w:rsid w:val="0029639D"/>
    <w:rsid w:val="002D3CC5"/>
    <w:rsid w:val="00326F90"/>
    <w:rsid w:val="00723381"/>
    <w:rsid w:val="00AA1D8D"/>
    <w:rsid w:val="00B47730"/>
    <w:rsid w:val="00CB0664"/>
    <w:rsid w:val="00CB27CA"/>
    <w:rsid w:val="00E63188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  <w15:docId w15:val="{3D5AFCBA-45FD-4F5B-96CD-4AF642FAAE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C693F"/>
    <w:rPr>
      <w:rFonts w:ascii="Arial" w:hAnsi="Aria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397</Words>
  <Characters>2387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2779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iwj</cp:lastModifiedBy>
  <cp:revision>2</cp:revision>
  <dcterms:created xsi:type="dcterms:W3CDTF">2025-09-16T15:01:00Z</dcterms:created>
  <dcterms:modified xsi:type="dcterms:W3CDTF">2025-09-16T15:01:00Z</dcterms:modified>
  <cp:category/>
</cp:coreProperties>
</file>